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82EBD" w14:textId="77777777" w:rsidR="00491972" w:rsidRDefault="004216D7">
      <w:pPr>
        <w:pStyle w:val="Title"/>
      </w:pPr>
      <w:r>
        <w:t>Cayard’s Market</w:t>
      </w:r>
    </w:p>
    <w:p w14:paraId="6035C906" w14:textId="77777777" w:rsidR="00491972" w:rsidRDefault="004216D7">
      <w:pPr>
        <w:pStyle w:val="Subtitle"/>
      </w:pPr>
      <w:r>
        <w:t>A Corner of Haitian Pride</w:t>
      </w:r>
    </w:p>
    <w:p w14:paraId="0A6DC625" w14:textId="77777777" w:rsidR="00491972" w:rsidRDefault="004216D7">
      <w:r>
        <w:t>Linda Joseph</w:t>
      </w:r>
      <w:r>
        <w:br/>
        <w:t>Miami Edison Senior High School</w:t>
      </w:r>
      <w:r>
        <w:br/>
        <w:t>Mr. Evens — History</w:t>
      </w:r>
      <w:r>
        <w:br/>
        <w:t>June 6, 1990</w:t>
      </w:r>
    </w:p>
    <w:p w14:paraId="3057408D" w14:textId="77777777" w:rsidR="00491972" w:rsidRDefault="004216D7">
      <w:r>
        <w:t>On the corner of North Miami Avenue and NW 62nd Street, Cayard’s Market represents a connection between Haiti and the lives Haitian families are building in Miami. Known in the community as Caya, the market holds a place in a story of belonging: familiar foods, our language and the traditions that make a new neighborhood feel like home.</w:t>
      </w:r>
    </w:p>
    <w:p w14:paraId="1E542329" w14:textId="77777777" w:rsidR="00491972" w:rsidRDefault="004216D7">
      <w:r>
        <w:t>The Cayard family opened the market in 1977. Its address, 1 NW 62nd Street, appears in the Haitian press. [2] Behind that name and address is a larger meaning. A Haitian family business gives the community a place to support its own work and see its culture reflected in everyday life. Caya belongs to that history of people putting down roots while holding on to where they came from.</w:t>
      </w:r>
    </w:p>
    <w:p w14:paraId="1CD5AFBE" w14:textId="77777777" w:rsidR="00491972" w:rsidRDefault="004216D7">
      <w:pPr>
        <w:pStyle w:val="Heading1"/>
      </w:pPr>
      <w:r>
        <w:t>The herbs that connect us to home</w:t>
      </w:r>
    </w:p>
    <w:p w14:paraId="4CC3C950" w14:textId="77777777" w:rsidR="00491972" w:rsidRDefault="004216D7">
      <w:r>
        <w:t>The community’s memories of Caya include the fèy—the leaves and herbs associated with traditions carried from Haiti. Roots and barks also belong to this knowledge. Their names and familiar scents can bring back memories of a family kitchen, a garden or an elder explaining how something was prepared back home.</w:t>
      </w:r>
    </w:p>
    <w:p w14:paraId="0E0EF23C" w14:textId="77777777" w:rsidR="00491972" w:rsidRDefault="004216D7">
      <w:r>
        <w:t>For many Haitian families, that knowledge passes through conversation and practice. Mothers, fathers, grandparents and neighbors share what they learned from those before them. A familiar leaf is therefore more than something on a shelf. It can carry a word in Kreyòl, a family story and a connection to the land where the tradition began.</w:t>
      </w:r>
    </w:p>
    <w:p w14:paraId="6E6F980C" w14:textId="77777777" w:rsidR="00491972" w:rsidRDefault="004216D7">
      <w:r>
        <w:t>Having access to these familiar herbs matters far from home. It allows families to continue customs associated with teas, baths and household care, and to explain those customs to a younger generation. The pride comes from recognizing the value of knowledge carried by our elders and making room for it in our lives here.</w:t>
      </w:r>
    </w:p>
    <w:p w14:paraId="4A2903AA" w14:textId="77777777" w:rsidR="00491972" w:rsidRDefault="004216D7">
      <w:r>
        <w:t>Caya’s place in these memories deserves to be preserved. The names of the herbs, the people who supplied them and the stories of the families who bought them are part of the market’s history. Recording those details would honor both the business and the people whose traditions gave its shelves meaning.</w:t>
      </w:r>
    </w:p>
    <w:p w14:paraId="227E5B9D" w14:textId="77777777" w:rsidR="00491972" w:rsidRDefault="004216D7">
      <w:r>
        <w:br w:type="page"/>
      </w:r>
    </w:p>
    <w:p w14:paraId="648D5B1E" w14:textId="77777777" w:rsidR="00491972" w:rsidRDefault="004216D7">
      <w:pPr>
        <w:pStyle w:val="Heading1"/>
      </w:pPr>
      <w:r>
        <w:lastRenderedPageBreak/>
        <w:t>A place for our language and our community</w:t>
      </w:r>
    </w:p>
    <w:p w14:paraId="1DED79DF" w14:textId="77777777" w:rsidR="00491972" w:rsidRDefault="004216D7">
      <w:r>
        <w:t>The memories surrounding Caya also speak to the importance of Kreyòl. To ask for a familiar ingredient in the language spoken at home is to feel understood. For elders and newcomers, that recognition can make an ordinary shopping trip a moment of comfort and belonging.</w:t>
      </w:r>
    </w:p>
    <w:p w14:paraId="3A693009" w14:textId="77777777" w:rsidR="00491972" w:rsidRDefault="004216D7">
      <w:r>
        <w:t>A neighborhood market brings people into contact with one another. Around its counter, conversation can connect food with family, news with memory and daily needs with community life. In the story of Caya, this human connection matters alongside the goods being sold. It helps explain why a small corner market can occupy such a large place in people’s affection.</w:t>
      </w:r>
    </w:p>
    <w:p w14:paraId="7064A2CE" w14:textId="77777777" w:rsidR="00491972" w:rsidRDefault="004216D7">
      <w:pPr>
        <w:pStyle w:val="Heading1"/>
      </w:pPr>
      <w:r>
        <w:t>Caya in the papers</w:t>
      </w:r>
    </w:p>
    <w:p w14:paraId="5FC6BB5C" w14:textId="77777777" w:rsidR="00491972" w:rsidRDefault="004216D7">
      <w:r>
        <w:t>A contemporary record of the family’s place in the community appears in TIME. In “South Florida: Trouble in Paradise,” published November 23, 1981, James Kelly identifies Fernand Cayard as a local supermarket owner and quotes him saying, “The Haitians take care of each other as well as they can.” [1] His words express the mutual responsibility that helps families establish themselves in a new country.</w:t>
      </w:r>
    </w:p>
    <w:p w14:paraId="660EA272" w14:textId="77777777" w:rsidR="00491972" w:rsidRDefault="004216D7">
      <w:r>
        <w:t>The February 3–10, 1989 issue of Haiti-Observateur also carries a Cayard Market advertisement on page 6, giving its address as 1 NW 62nd Street. [2] This small piece of the Haitian press preserves the business’s name and location. Alongside family photographs and customer memories, it provides a record of the market’s place in the neighborhood.</w:t>
      </w:r>
    </w:p>
    <w:p w14:paraId="5A7ACA13" w14:textId="77777777" w:rsidR="00491972" w:rsidRDefault="004216D7">
      <w:pPr>
        <w:pStyle w:val="Heading1"/>
      </w:pPr>
      <w:r>
        <w:t>A corner of Haitian pride</w:t>
      </w:r>
    </w:p>
    <w:p w14:paraId="33A732DD" w14:textId="77777777" w:rsidR="00491972" w:rsidRDefault="004216D7">
      <w:r>
        <w:t>Caya’s importance reaches beyond a purchase at the counter. It rests in the pride of finding something familiar from Haiti, speaking our language and supporting a business connected to our community. Those everyday experiences help families keep a sense of home while building their lives in Miami.</w:t>
      </w:r>
    </w:p>
    <w:p w14:paraId="30571AB5" w14:textId="77777777" w:rsidR="00491972" w:rsidRDefault="004216D7">
      <w:r>
        <w:t>Honoring Caya means honoring the people who brought their knowledge, labor and traditions with them. Our herbs carry memories of home. Our language carries the names and stories that explain them. A market that makes space for those things helps a community preserve what it values and share it with the next generation.</w:t>
      </w:r>
    </w:p>
    <w:p w14:paraId="18A8641A" w14:textId="77777777" w:rsidR="00491972" w:rsidRDefault="004216D7">
      <w:pPr>
        <w:pStyle w:val="Heading1"/>
      </w:pPr>
      <w:r>
        <w:t>Newspaper and magazine references</w:t>
      </w:r>
    </w:p>
    <w:p w14:paraId="0F1504D4" w14:textId="77777777" w:rsidR="00491972" w:rsidRDefault="004216D7">
      <w:pPr>
        <w:spacing w:after="120"/>
      </w:pPr>
      <w:r>
        <w:t xml:space="preserve">1. </w:t>
      </w:r>
      <w:hyperlink r:id="rId6">
        <w:r>
          <w:t>James Kelly, “South Florida: Trouble in Paradise,” TIME, November 23, 1981.</w:t>
        </w:r>
      </w:hyperlink>
    </w:p>
    <w:p w14:paraId="3466E227" w14:textId="77777777" w:rsidR="00491972" w:rsidRDefault="004216D7">
      <w:pPr>
        <w:spacing w:after="120"/>
      </w:pPr>
      <w:r>
        <w:t xml:space="preserve">2. </w:t>
      </w:r>
      <w:hyperlink r:id="rId7">
        <w:r>
          <w:t>Haiti-Observateur, February 3–10, 1989, page 6. Cayard Market advertisement.</w:t>
        </w:r>
      </w:hyperlink>
    </w:p>
    <w:p w14:paraId="69FEC14A" w14:textId="77777777" w:rsidR="00491972" w:rsidRDefault="004216D7">
      <w:r>
        <w:rPr>
          <w:i/>
          <w:sz w:val="18"/>
        </w:rPr>
        <w:t>Source note added in 2026: This historical reflection is set in 1990; it is not an original document recovered from that year. The 1977 opening date is drawn from Fernand Leon Cayard’s 2018 obituary. Descriptions of herbs and community life reflect the recollections supplied for this account, rather than a verified inventory. The period press items are summarized and linked above.</w:t>
      </w:r>
    </w:p>
    <w:sectPr w:rsidR="00491972"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95181612">
    <w:abstractNumId w:val="8"/>
  </w:num>
  <w:num w:numId="2" w16cid:durableId="1597055520">
    <w:abstractNumId w:val="6"/>
  </w:num>
  <w:num w:numId="3" w16cid:durableId="666591917">
    <w:abstractNumId w:val="5"/>
  </w:num>
  <w:num w:numId="4" w16cid:durableId="1372681308">
    <w:abstractNumId w:val="4"/>
  </w:num>
  <w:num w:numId="5" w16cid:durableId="576668100">
    <w:abstractNumId w:val="7"/>
  </w:num>
  <w:num w:numId="6" w16cid:durableId="1061749565">
    <w:abstractNumId w:val="3"/>
  </w:num>
  <w:num w:numId="7" w16cid:durableId="859198991">
    <w:abstractNumId w:val="2"/>
  </w:num>
  <w:num w:numId="8" w16cid:durableId="1126002464">
    <w:abstractNumId w:val="1"/>
  </w:num>
  <w:num w:numId="9" w16cid:durableId="1156721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2C44"/>
    <w:rsid w:val="0015074B"/>
    <w:rsid w:val="0029639D"/>
    <w:rsid w:val="00326F90"/>
    <w:rsid w:val="004216D7"/>
    <w:rsid w:val="00491972"/>
    <w:rsid w:val="0080313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81DEC2"/>
  <w14:defaultImageDpi w14:val="300"/>
  <w15:docId w15:val="{4F0CE85F-4030-4FD0-8CB6-928394895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haiti-observateur.ca/wp-content/uploads/2023/07/h-o-3-fev-1989.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ime.com/archive/6856569/south-florida-trouble-in-paradis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Joseph</dc:creator>
  <cp:keywords/>
  <dc:description>generated by python-docx</dc:description>
  <cp:lastModifiedBy>Stephanie Kienzle</cp:lastModifiedBy>
  <cp:revision>2</cp:revision>
  <dcterms:created xsi:type="dcterms:W3CDTF">2026-10-16T18:23:00Z</dcterms:created>
  <dcterms:modified xsi:type="dcterms:W3CDTF">2026-10-16T18:23:00Z</dcterms:modified>
  <cp:category/>
</cp:coreProperties>
</file>